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34C8C" w14:textId="77777777" w:rsidR="00126D5F" w:rsidRDefault="00000000">
      <w:pPr>
        <w:jc w:val="center"/>
      </w:pPr>
      <w:r>
        <w:rPr>
          <w:b/>
          <w:color w:val="2F5597"/>
          <w:sz w:val="18"/>
        </w:rPr>
        <w:t>KODEKS</w:t>
      </w:r>
    </w:p>
    <w:p w14:paraId="5DFC7AD0" w14:textId="77777777" w:rsidR="00126D5F" w:rsidRDefault="00000000">
      <w:pPr>
        <w:pStyle w:val="Naslov"/>
        <w:jc w:val="center"/>
      </w:pPr>
      <w:r>
        <w:t>KODEKS PONAŠANJA IGRAČA I RODITELJA</w:t>
      </w:r>
    </w:p>
    <w:p w14:paraId="3A00633E" w14:textId="77777777" w:rsidR="00126D5F" w:rsidRDefault="00000000">
      <w:pPr>
        <w:jc w:val="center"/>
      </w:pPr>
      <w:r>
        <w:rPr>
          <w:i/>
          <w:color w:val="666666"/>
          <w:sz w:val="22"/>
        </w:rPr>
        <w:t>Jasna pravila suradnje, sigurnosti i sportskog ponašanja</w:t>
      </w:r>
    </w:p>
    <w:p w14:paraId="3BEC07A8" w14:textId="50F66434" w:rsidR="00126D5F" w:rsidRDefault="00000000">
      <w:pPr>
        <w:jc w:val="both"/>
      </w:pPr>
      <w:r>
        <w:t xml:space="preserve">Na temelju članaka 18., 29., 45. i 47. Statuta Rukometnog kluba „Požega”, Skupština Rukometnog kluba „Požega” </w:t>
      </w:r>
      <w:proofErr w:type="spellStart"/>
      <w:r>
        <w:t>na</w:t>
      </w:r>
      <w:proofErr w:type="spellEnd"/>
      <w:r>
        <w:t xml:space="preserve"> </w:t>
      </w:r>
      <w:proofErr w:type="spellStart"/>
      <w:r>
        <w:t>sjednici</w:t>
      </w:r>
      <w:proofErr w:type="spellEnd"/>
      <w:r>
        <w:t xml:space="preserve"> </w:t>
      </w:r>
      <w:proofErr w:type="spellStart"/>
      <w:r>
        <w:t>održanoj</w:t>
      </w:r>
      <w:proofErr w:type="spellEnd"/>
      <w:r>
        <w:t xml:space="preserve"> dana</w:t>
      </w:r>
      <w:r w:rsidR="00BC55DB" w:rsidRPr="00BC55DB">
        <w:t>10.09.2026.</w:t>
      </w:r>
      <w:r>
        <w:t xml:space="preserve"> </w:t>
      </w:r>
      <w:proofErr w:type="spellStart"/>
      <w:r>
        <w:t>godine</w:t>
      </w:r>
      <w:proofErr w:type="spellEnd"/>
      <w:r>
        <w:t xml:space="preserve"> </w:t>
      </w:r>
      <w:proofErr w:type="spellStart"/>
      <w:r>
        <w:t>donosi</w:t>
      </w:r>
      <w:proofErr w:type="spellEnd"/>
      <w:r>
        <w:t xml:space="preserve"> </w:t>
      </w:r>
      <w:proofErr w:type="spellStart"/>
      <w:r>
        <w:t>ovaj</w:t>
      </w:r>
      <w:proofErr w:type="spellEnd"/>
      <w:r>
        <w:t xml:space="preserve"> </w:t>
      </w:r>
      <w:proofErr w:type="spellStart"/>
      <w:r>
        <w:t>Kodeks</w:t>
      </w:r>
      <w:proofErr w:type="spellEnd"/>
      <w:r>
        <w:t>.</w:t>
      </w:r>
    </w:p>
    <w:p w14:paraId="68EE9278" w14:textId="77777777" w:rsidR="00126D5F" w:rsidRDefault="00000000">
      <w:pPr>
        <w:pStyle w:val="Naslov2"/>
        <w:jc w:val="center"/>
      </w:pPr>
      <w:r>
        <w:t>Članak 1.</w:t>
      </w:r>
    </w:p>
    <w:p w14:paraId="2375E8A7" w14:textId="77777777" w:rsidR="00126D5F" w:rsidRDefault="00000000">
      <w:pPr>
        <w:keepNext/>
        <w:jc w:val="center"/>
      </w:pPr>
      <w:r>
        <w:rPr>
          <w:i/>
        </w:rPr>
        <w:t>(Svrha)</w:t>
      </w:r>
    </w:p>
    <w:p w14:paraId="7D6B0716" w14:textId="77777777" w:rsidR="00126D5F" w:rsidRDefault="00000000">
      <w:pPr>
        <w:jc w:val="both"/>
      </w:pPr>
      <w:r>
        <w:t>Kodeks uspostavlja zajedničke standarde ponašanja igrača i roditelja radi sigurnog, poticajnog i odgovornog rada mlađih kategorija Kluba.</w:t>
      </w:r>
    </w:p>
    <w:p w14:paraId="0DFBCE95" w14:textId="77777777" w:rsidR="00126D5F" w:rsidRDefault="00000000">
      <w:pPr>
        <w:pStyle w:val="Naslov1"/>
      </w:pPr>
      <w:r>
        <w:t>IGRAČI</w:t>
      </w:r>
    </w:p>
    <w:p w14:paraId="1030D9B6" w14:textId="77777777" w:rsidR="00126D5F" w:rsidRDefault="00000000">
      <w:pPr>
        <w:pStyle w:val="Naslov2"/>
        <w:jc w:val="center"/>
      </w:pPr>
      <w:r>
        <w:t>Članak 2.</w:t>
      </w:r>
    </w:p>
    <w:p w14:paraId="3D1CDBB5" w14:textId="77777777" w:rsidR="00126D5F" w:rsidRDefault="00000000">
      <w:pPr>
        <w:keepNext/>
        <w:jc w:val="center"/>
      </w:pPr>
      <w:r>
        <w:rPr>
          <w:i/>
        </w:rPr>
        <w:t>(Na treningu i utakmici)</w:t>
      </w:r>
    </w:p>
    <w:p w14:paraId="17257843" w14:textId="77777777" w:rsidR="00126D5F" w:rsidRDefault="00000000">
      <w:pPr>
        <w:pStyle w:val="Grafikeoznake"/>
      </w:pPr>
      <w:r>
        <w:t>dolazim na vrijeme, opremljen i spreman za rad</w:t>
      </w:r>
    </w:p>
    <w:p w14:paraId="13835D16" w14:textId="77777777" w:rsidR="00126D5F" w:rsidRDefault="00000000">
      <w:pPr>
        <w:pStyle w:val="Grafikeoznake"/>
      </w:pPr>
      <w:r>
        <w:t>slušam stručne upute i pitam kada nešto ne razumijem</w:t>
      </w:r>
    </w:p>
    <w:p w14:paraId="3196D80E" w14:textId="77777777" w:rsidR="00126D5F" w:rsidRDefault="00000000">
      <w:pPr>
        <w:pStyle w:val="Grafikeoznake"/>
      </w:pPr>
      <w:r>
        <w:t>poštujem suigrače, protivnike, trenere, suce i publiku</w:t>
      </w:r>
    </w:p>
    <w:p w14:paraId="02EB5A5F" w14:textId="77777777" w:rsidR="00126D5F" w:rsidRDefault="00000000">
      <w:pPr>
        <w:pStyle w:val="Grafikeoznake"/>
      </w:pPr>
      <w:r>
        <w:t>ne vrijeđam, ne prijetim, ne diskriminiram i ne koristim nasilje</w:t>
      </w:r>
    </w:p>
    <w:p w14:paraId="19F6945A" w14:textId="77777777" w:rsidR="00126D5F" w:rsidRDefault="00000000">
      <w:pPr>
        <w:pStyle w:val="Grafikeoznake"/>
      </w:pPr>
      <w:r>
        <w:t>čuvam svlačionicu, dvoranu, prijevozno sredstvo i opremu</w:t>
      </w:r>
    </w:p>
    <w:p w14:paraId="23A61020" w14:textId="77777777" w:rsidR="00126D5F" w:rsidRDefault="00000000">
      <w:pPr>
        <w:pStyle w:val="Grafikeoznake"/>
      </w:pPr>
      <w:r>
        <w:t>prijavljujem bol, ozljedu, nasilje ili ponašanje zbog kojeg se ne osjećam sigurno</w:t>
      </w:r>
    </w:p>
    <w:p w14:paraId="34C5546C" w14:textId="77777777" w:rsidR="00126D5F" w:rsidRDefault="00000000">
      <w:pPr>
        <w:pStyle w:val="Naslov2"/>
        <w:jc w:val="center"/>
      </w:pPr>
      <w:r>
        <w:t>Članak 3.</w:t>
      </w:r>
    </w:p>
    <w:p w14:paraId="114480F0" w14:textId="77777777" w:rsidR="00126D5F" w:rsidRDefault="00000000">
      <w:pPr>
        <w:keepNext/>
        <w:jc w:val="center"/>
      </w:pPr>
      <w:r>
        <w:rPr>
          <w:i/>
        </w:rPr>
        <w:t>(Izvan terena)</w:t>
      </w:r>
    </w:p>
    <w:p w14:paraId="0C133887" w14:textId="77777777" w:rsidR="00126D5F" w:rsidRDefault="00000000">
      <w:pPr>
        <w:pStyle w:val="Grafikeoznake"/>
      </w:pPr>
      <w:r>
        <w:t>ne objavljujem fotografije, snimke ni privatne podatke drugih bez dopuštenja</w:t>
      </w:r>
    </w:p>
    <w:p w14:paraId="586C5581" w14:textId="77777777" w:rsidR="00126D5F" w:rsidRDefault="00000000">
      <w:pPr>
        <w:pStyle w:val="Grafikeoznake"/>
      </w:pPr>
      <w:r>
        <w:t>na društvenim mrežama ne omalovažavam Klub ni osobe povezane sa sportom</w:t>
      </w:r>
    </w:p>
    <w:p w14:paraId="4F19141F" w14:textId="77777777" w:rsidR="00126D5F" w:rsidRDefault="00000000">
      <w:pPr>
        <w:pStyle w:val="Grafikeoznake"/>
      </w:pPr>
      <w:r>
        <w:t>ne koristim alkohol, droge, doping ni druge zabranjene tvari</w:t>
      </w:r>
    </w:p>
    <w:p w14:paraId="1025D66F" w14:textId="77777777" w:rsidR="00126D5F" w:rsidRDefault="00000000">
      <w:pPr>
        <w:pStyle w:val="Grafikeoznake"/>
      </w:pPr>
      <w:r>
        <w:t>redovito izvršavam školske obveze i brinem o odmoru i zdravlju</w:t>
      </w:r>
    </w:p>
    <w:p w14:paraId="16A02CC1" w14:textId="77777777" w:rsidR="00126D5F" w:rsidRDefault="00000000">
      <w:pPr>
        <w:pStyle w:val="Naslov1"/>
      </w:pPr>
      <w:r>
        <w:t>RODITELJI I SKRBNICI</w:t>
      </w:r>
    </w:p>
    <w:p w14:paraId="19E1A615" w14:textId="77777777" w:rsidR="00126D5F" w:rsidRDefault="00000000">
      <w:pPr>
        <w:pStyle w:val="Naslov2"/>
        <w:jc w:val="center"/>
      </w:pPr>
      <w:r>
        <w:t>Članak 4.</w:t>
      </w:r>
    </w:p>
    <w:p w14:paraId="00AD2F6D" w14:textId="77777777" w:rsidR="00126D5F" w:rsidRDefault="00000000">
      <w:pPr>
        <w:keepNext/>
        <w:jc w:val="center"/>
      </w:pPr>
      <w:r>
        <w:rPr>
          <w:i/>
        </w:rPr>
        <w:t>(Podrška djetetu)</w:t>
      </w:r>
    </w:p>
    <w:p w14:paraId="0F011A21" w14:textId="77777777" w:rsidR="00126D5F" w:rsidRDefault="00000000">
      <w:pPr>
        <w:pStyle w:val="Grafikeoznake"/>
      </w:pPr>
      <w:r>
        <w:t>potičem trud, učenje, zdravlje i sportsko ponašanje, a ne samo rezultat</w:t>
      </w:r>
    </w:p>
    <w:p w14:paraId="385419F0" w14:textId="77777777" w:rsidR="00126D5F" w:rsidRDefault="00000000">
      <w:pPr>
        <w:pStyle w:val="Grafikeoznake"/>
      </w:pPr>
      <w:r>
        <w:t>ne vršim pritisak zbog minutaže, sastava ili pobjede</w:t>
      </w:r>
    </w:p>
    <w:p w14:paraId="0D73E924" w14:textId="77777777" w:rsidR="00126D5F" w:rsidRDefault="00000000">
      <w:pPr>
        <w:pStyle w:val="Grafikeoznake"/>
      </w:pPr>
      <w:r>
        <w:t>o zdravlju i važnim okolnostima pravodobno obavještavam trenera</w:t>
      </w:r>
    </w:p>
    <w:p w14:paraId="32C3B6E3" w14:textId="77777777" w:rsidR="00126D5F" w:rsidRDefault="00000000">
      <w:pPr>
        <w:pStyle w:val="Grafikeoznake"/>
      </w:pPr>
      <w:r>
        <w:t>izostanak najavljujem putem službenog kanala</w:t>
      </w:r>
    </w:p>
    <w:p w14:paraId="194BEDC5" w14:textId="77777777" w:rsidR="00126D5F" w:rsidRDefault="00000000">
      <w:pPr>
        <w:pStyle w:val="Grafikeoznake"/>
      </w:pPr>
      <w:r>
        <w:t>ne uspoređujem i ne ponižavam svoje ili tuđe dijete</w:t>
      </w:r>
    </w:p>
    <w:p w14:paraId="10ED671A" w14:textId="77777777" w:rsidR="00126D5F" w:rsidRDefault="00000000">
      <w:pPr>
        <w:pStyle w:val="Naslov2"/>
        <w:jc w:val="center"/>
      </w:pPr>
      <w:r>
        <w:t>Članak 5.</w:t>
      </w:r>
    </w:p>
    <w:p w14:paraId="7E98FD53" w14:textId="77777777" w:rsidR="00126D5F" w:rsidRDefault="00000000">
      <w:pPr>
        <w:keepNext/>
        <w:jc w:val="center"/>
      </w:pPr>
      <w:r>
        <w:rPr>
          <w:i/>
        </w:rPr>
        <w:t>(Odnos prema stručnom radu)</w:t>
      </w:r>
    </w:p>
    <w:p w14:paraId="4E3B51C9" w14:textId="77777777" w:rsidR="00126D5F" w:rsidRDefault="00000000">
      <w:pPr>
        <w:pStyle w:val="Grafikeoznake"/>
      </w:pPr>
      <w:r>
        <w:t>poštujem odluke trenera o sastavu, ulozi i minutaži te razgovor tražim u dogovorenom terminu</w:t>
      </w:r>
    </w:p>
    <w:p w14:paraId="54BD76F1" w14:textId="77777777" w:rsidR="00126D5F" w:rsidRDefault="00000000">
      <w:pPr>
        <w:pStyle w:val="Grafikeoznake"/>
      </w:pPr>
      <w:r>
        <w:t>ne ometam trening, ne ulazim u teren ili svlačionicu bez dopuštenja i ne dajem taktičke upute s tribine</w:t>
      </w:r>
    </w:p>
    <w:p w14:paraId="0388DD1D" w14:textId="77777777" w:rsidR="00126D5F" w:rsidRDefault="00000000">
      <w:pPr>
        <w:pStyle w:val="Grafikeoznake"/>
      </w:pPr>
      <w:r>
        <w:t>ne vrijeđam suce, protivnike, trenere, igrače ni druge roditelje</w:t>
      </w:r>
    </w:p>
    <w:p w14:paraId="349741AE" w14:textId="77777777" w:rsidR="00126D5F" w:rsidRDefault="00000000">
      <w:pPr>
        <w:pStyle w:val="Grafikeoznake"/>
      </w:pPr>
      <w:r>
        <w:t>neslaganje iznosim smireno i kroz propisani redoslijed obraćanja</w:t>
      </w:r>
    </w:p>
    <w:p w14:paraId="29BF8721" w14:textId="77777777" w:rsidR="00126D5F" w:rsidRDefault="00000000">
      <w:pPr>
        <w:pStyle w:val="Naslov2"/>
        <w:jc w:val="center"/>
      </w:pPr>
      <w:r>
        <w:lastRenderedPageBreak/>
        <w:t>Članak 6.</w:t>
      </w:r>
    </w:p>
    <w:p w14:paraId="33AFCB70" w14:textId="77777777" w:rsidR="00126D5F" w:rsidRDefault="00000000">
      <w:pPr>
        <w:keepNext/>
        <w:jc w:val="center"/>
      </w:pPr>
      <w:r>
        <w:rPr>
          <w:i/>
        </w:rPr>
        <w:t>(Komunikacija i privatnost)</w:t>
      </w:r>
    </w:p>
    <w:p w14:paraId="7A1C6857" w14:textId="77777777" w:rsidR="00126D5F" w:rsidRDefault="00000000">
      <w:pPr>
        <w:pStyle w:val="Grafikeoznake"/>
      </w:pPr>
      <w:r>
        <w:t>Sportimus i kanal koji odredi Klub koristim za organizacijske informacije</w:t>
      </w:r>
    </w:p>
    <w:p w14:paraId="2EDBDDF3" w14:textId="77777777" w:rsidR="00126D5F" w:rsidRDefault="00000000">
      <w:pPr>
        <w:pStyle w:val="Grafikeoznake"/>
      </w:pPr>
      <w:r>
        <w:t>u grupama ne raspravljam o zdravstvenim, disciplinskim ili drugim osjetljivim podacima djeteta</w:t>
      </w:r>
    </w:p>
    <w:p w14:paraId="43DE6EFF" w14:textId="77777777" w:rsidR="00126D5F" w:rsidRDefault="00000000">
      <w:pPr>
        <w:pStyle w:val="Grafikeoznake"/>
      </w:pPr>
      <w:r>
        <w:t>ne snimam u svlačionici i ne objavljujem tuđe dijete bez odgovarajuće suglasnosti</w:t>
      </w:r>
    </w:p>
    <w:p w14:paraId="4754FD8F" w14:textId="77777777" w:rsidR="00126D5F" w:rsidRDefault="00000000">
      <w:pPr>
        <w:pStyle w:val="Grafikeoznake"/>
      </w:pPr>
      <w:r>
        <w:t>ne šaljem uvredljive, prijeteće ili uznemirujuće poruke</w:t>
      </w:r>
    </w:p>
    <w:p w14:paraId="22903762" w14:textId="77777777" w:rsidR="00126D5F" w:rsidRDefault="00000000">
      <w:pPr>
        <w:pStyle w:val="Grafikeoznake"/>
      </w:pPr>
      <w:r>
        <w:t>ne koristim kontakte i podatke Kluba za privatnu promidžbu, prodaju ili vrbovanje</w:t>
      </w:r>
    </w:p>
    <w:p w14:paraId="11A97BAD" w14:textId="77777777" w:rsidR="00126D5F" w:rsidRDefault="00000000">
      <w:pPr>
        <w:pStyle w:val="Naslov1"/>
      </w:pPr>
      <w:r>
        <w:t>ZAJEDNIČKE ODREDBE</w:t>
      </w:r>
    </w:p>
    <w:p w14:paraId="2DFA63DB" w14:textId="77777777" w:rsidR="00126D5F" w:rsidRDefault="00000000">
      <w:pPr>
        <w:pStyle w:val="Naslov2"/>
        <w:jc w:val="center"/>
      </w:pPr>
      <w:r>
        <w:t>Članak 7.</w:t>
      </w:r>
    </w:p>
    <w:p w14:paraId="79D59163" w14:textId="77777777" w:rsidR="00126D5F" w:rsidRDefault="00000000">
      <w:pPr>
        <w:keepNext/>
        <w:jc w:val="center"/>
      </w:pPr>
      <w:r>
        <w:rPr>
          <w:i/>
        </w:rPr>
        <w:t>(Prijava zabrinutosti)</w:t>
      </w:r>
    </w:p>
    <w:p w14:paraId="11377216" w14:textId="77777777" w:rsidR="00126D5F" w:rsidRDefault="00000000">
      <w:pPr>
        <w:jc w:val="both"/>
      </w:pPr>
      <w:r>
        <w:t>Sigurnosna zabrinutost, nasilje, diskriminacija, uznemiravanje ili moguća povreda prava djeteta mogu se odmah prijaviti treneru, koordinatoru, predsjedniku ili Izvršnom odboru, odnosno nadležnom tijelu. Dobronamjerna prijava ne smije imati negativne posljedice za dijete.</w:t>
      </w:r>
    </w:p>
    <w:p w14:paraId="172077DB" w14:textId="77777777" w:rsidR="00126D5F" w:rsidRDefault="00000000">
      <w:pPr>
        <w:pStyle w:val="Naslov2"/>
        <w:jc w:val="center"/>
      </w:pPr>
      <w:r>
        <w:t>Članak 8.</w:t>
      </w:r>
    </w:p>
    <w:p w14:paraId="53A2D96F" w14:textId="77777777" w:rsidR="00126D5F" w:rsidRDefault="00000000">
      <w:pPr>
        <w:keepNext/>
        <w:jc w:val="center"/>
      </w:pPr>
      <w:r>
        <w:rPr>
          <w:i/>
        </w:rPr>
        <w:t>(Posljedice kršenja)</w:t>
      </w:r>
    </w:p>
    <w:p w14:paraId="297C5F1A" w14:textId="77777777" w:rsidR="00126D5F" w:rsidRDefault="00000000">
      <w:pPr>
        <w:jc w:val="both"/>
      </w:pPr>
      <w:r>
        <w:t>Na igrača koji je član primjenjuju se Statut i Disciplinski pravilnik. Roditelju koji nije član mogu se izreći upozorenje, udaljenje s pojedine aktivnosti ili razmjerno vremenski ograničenje pristupa događaju, prostoru ili službenoj komunikacijskoj grupi. Prije mjere roditelju se omogućuje očitovanje, osim kod hitnog sigurnosnog udaljenja. Pravo djeteta na sigurno sudjelovanje čuva se kad god je to moguće.</w:t>
      </w:r>
    </w:p>
    <w:p w14:paraId="235931E1" w14:textId="77777777" w:rsidR="00126D5F" w:rsidRDefault="00000000">
      <w:pPr>
        <w:pStyle w:val="Naslov2"/>
        <w:jc w:val="center"/>
      </w:pPr>
      <w:r>
        <w:t>Članak 9.</w:t>
      </w:r>
    </w:p>
    <w:p w14:paraId="2FDB3884" w14:textId="77777777" w:rsidR="00126D5F" w:rsidRDefault="00000000">
      <w:pPr>
        <w:keepNext/>
        <w:jc w:val="center"/>
      </w:pPr>
      <w:r>
        <w:rPr>
          <w:i/>
        </w:rPr>
        <w:t>(Prihvat Kodeksa)</w:t>
      </w:r>
    </w:p>
    <w:p w14:paraId="0813E724" w14:textId="77777777" w:rsidR="00126D5F" w:rsidRDefault="00000000">
      <w:pPr>
        <w:jc w:val="both"/>
      </w:pPr>
      <w:r>
        <w:t>Kodeks se objavljuje i dostavlja igračima i roditeljima. Potpis potvrđuje primitak i razumijevanje; prava i obveze članova proizlaze i iz Statuta i općih akata Kluba.</w:t>
      </w:r>
    </w:p>
    <w:p w14:paraId="7E96F29E" w14:textId="77777777" w:rsidR="00126D5F" w:rsidRDefault="00000000">
      <w:pPr>
        <w:pStyle w:val="Naslov2"/>
        <w:jc w:val="center"/>
      </w:pPr>
      <w:r>
        <w:t>Članak 10.</w:t>
      </w:r>
    </w:p>
    <w:p w14:paraId="7FE68D7B" w14:textId="77777777" w:rsidR="00126D5F" w:rsidRDefault="00000000">
      <w:pPr>
        <w:keepNext/>
        <w:jc w:val="center"/>
      </w:pPr>
      <w:r>
        <w:rPr>
          <w:i/>
        </w:rPr>
        <w:t>(Stupanje na snagu)</w:t>
      </w:r>
    </w:p>
    <w:p w14:paraId="5B1B46BD" w14:textId="2584D64A" w:rsidR="00FD0997" w:rsidRDefault="00000000" w:rsidP="00BC55DB">
      <w:pPr>
        <w:jc w:val="both"/>
      </w:pPr>
      <w:r>
        <w:t>Kodeks stupa na snagu osmoga dana od objave na službenom komunikacijskom kanalu Kluba.</w:t>
      </w:r>
    </w:p>
    <w:sectPr w:rsidR="00FD0997" w:rsidSect="00034616">
      <w:headerReference w:type="default" r:id="rId8"/>
      <w:footerReference w:type="default" r:id="rId9"/>
      <w:pgSz w:w="11906" w:h="16838"/>
      <w:pgMar w:top="1020" w:right="1191" w:bottom="964"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820CC" w14:textId="77777777" w:rsidR="00FD0997" w:rsidRDefault="00FD0997">
      <w:pPr>
        <w:spacing w:after="0" w:line="240" w:lineRule="auto"/>
      </w:pPr>
      <w:r>
        <w:separator/>
      </w:r>
    </w:p>
  </w:endnote>
  <w:endnote w:type="continuationSeparator" w:id="0">
    <w:p w14:paraId="6CDDDDAA" w14:textId="77777777" w:rsidR="00FD0997" w:rsidRDefault="00FD0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B4CF" w14:textId="77777777" w:rsidR="00126D5F" w:rsidRDefault="00000000">
    <w:pPr>
      <w:pStyle w:val="Podnoje"/>
      <w:jc w:val="center"/>
    </w:pPr>
    <w:r>
      <w:rPr>
        <w:color w:val="666666"/>
        <w:sz w:val="16"/>
      </w:rPr>
      <w:t>RK „</w:t>
    </w:r>
    <w:proofErr w:type="gramStart"/>
    <w:r>
      <w:rPr>
        <w:color w:val="666666"/>
        <w:sz w:val="16"/>
      </w:rPr>
      <w:t>POŽEGA”  •</w:t>
    </w:r>
    <w:proofErr w:type="gramEnd"/>
    <w:r>
      <w:rPr>
        <w:color w:val="666666"/>
        <w:sz w:val="16"/>
      </w:rPr>
      <w:t xml:space="preserve">  </w:t>
    </w:r>
    <w:proofErr w:type="spellStart"/>
    <w:r>
      <w:rPr>
        <w:color w:val="666666"/>
        <w:sz w:val="16"/>
      </w:rPr>
      <w:t>službeni</w:t>
    </w:r>
    <w:proofErr w:type="spellEnd"/>
    <w:r>
      <w:rPr>
        <w:color w:val="666666"/>
        <w:sz w:val="16"/>
      </w:rPr>
      <w:t xml:space="preserve"> </w:t>
    </w:r>
    <w:proofErr w:type="spellStart"/>
    <w:r>
      <w:rPr>
        <w:color w:val="666666"/>
        <w:sz w:val="16"/>
      </w:rPr>
      <w:t>akt</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6EE06" w14:textId="77777777" w:rsidR="00FD0997" w:rsidRDefault="00FD0997">
      <w:pPr>
        <w:spacing w:after="0" w:line="240" w:lineRule="auto"/>
      </w:pPr>
      <w:r>
        <w:separator/>
      </w:r>
    </w:p>
  </w:footnote>
  <w:footnote w:type="continuationSeparator" w:id="0">
    <w:p w14:paraId="6DBEA491" w14:textId="77777777" w:rsidR="00FD0997" w:rsidRDefault="00FD0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2BAB" w14:textId="77777777" w:rsidR="00126D5F" w:rsidRDefault="00000000">
    <w:pPr>
      <w:pStyle w:val="Zaglavlje"/>
      <w:jc w:val="center"/>
    </w:pPr>
    <w:r>
      <w:rPr>
        <w:color w:val="666666"/>
        <w:sz w:val="16"/>
      </w:rPr>
      <w:t>RUKOMETNI KLUB „</w:t>
    </w:r>
    <w:proofErr w:type="gramStart"/>
    <w:r>
      <w:rPr>
        <w:color w:val="666666"/>
        <w:sz w:val="16"/>
      </w:rPr>
      <w:t>POŽEGA”  •</w:t>
    </w:r>
    <w:proofErr w:type="gramEnd"/>
    <w:r>
      <w:rPr>
        <w:color w:val="666666"/>
        <w:sz w:val="16"/>
      </w:rPr>
      <w:t xml:space="preserve">  Antuna </w:t>
    </w:r>
    <w:proofErr w:type="spellStart"/>
    <w:r>
      <w:rPr>
        <w:color w:val="666666"/>
        <w:sz w:val="16"/>
      </w:rPr>
      <w:t>Kanižlića</w:t>
    </w:r>
    <w:proofErr w:type="spellEnd"/>
    <w:r>
      <w:rPr>
        <w:color w:val="666666"/>
        <w:sz w:val="16"/>
      </w:rPr>
      <w:t xml:space="preserve"> 14, Požega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735128376">
    <w:abstractNumId w:val="8"/>
  </w:num>
  <w:num w:numId="2" w16cid:durableId="1903828655">
    <w:abstractNumId w:val="6"/>
  </w:num>
  <w:num w:numId="3" w16cid:durableId="2009482436">
    <w:abstractNumId w:val="5"/>
  </w:num>
  <w:num w:numId="4" w16cid:durableId="1973175702">
    <w:abstractNumId w:val="4"/>
  </w:num>
  <w:num w:numId="5" w16cid:durableId="745306287">
    <w:abstractNumId w:val="7"/>
  </w:num>
  <w:num w:numId="6" w16cid:durableId="1744989853">
    <w:abstractNumId w:val="3"/>
  </w:num>
  <w:num w:numId="7" w16cid:durableId="730882807">
    <w:abstractNumId w:val="2"/>
  </w:num>
  <w:num w:numId="8" w16cid:durableId="1291862016">
    <w:abstractNumId w:val="1"/>
  </w:num>
  <w:num w:numId="9" w16cid:durableId="562715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D5F"/>
    <w:rsid w:val="0015074B"/>
    <w:rsid w:val="0029639D"/>
    <w:rsid w:val="00326F90"/>
    <w:rsid w:val="00AA1D8D"/>
    <w:rsid w:val="00B47730"/>
    <w:rsid w:val="00B62298"/>
    <w:rsid w:val="00BC55DB"/>
    <w:rsid w:val="00CB0664"/>
    <w:rsid w:val="00FC693F"/>
    <w:rsid w:val="00FD09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42A4BA"/>
  <w14:defaultImageDpi w14:val="300"/>
  <w15:docId w15:val="{17DA6F17-CB53-4806-B8FF-006543FFB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1"/>
    </w:rPr>
  </w:style>
  <w:style w:type="paragraph" w:styleId="Naslov1">
    <w:name w:val="heading 1"/>
    <w:basedOn w:val="Normal"/>
    <w:next w:val="Normal"/>
    <w:link w:val="Naslov1Char"/>
    <w:uiPriority w:val="9"/>
    <w:qFormat/>
    <w:rsid w:val="00FC693F"/>
    <w:pPr>
      <w:keepNext/>
      <w:keepLines/>
      <w:spacing w:before="200"/>
      <w:outlineLvl w:val="0"/>
    </w:pPr>
    <w:rPr>
      <w:rFonts w:asciiTheme="majorHAnsi" w:eastAsiaTheme="majorEastAsia" w:hAnsiTheme="majorHAnsi" w:cstheme="majorBidi"/>
      <w:b/>
      <w:bCs/>
      <w:color w:val="17365D"/>
      <w:sz w:val="28"/>
      <w:szCs w:val="28"/>
    </w:rPr>
  </w:style>
  <w:style w:type="paragraph" w:styleId="Naslov2">
    <w:name w:val="heading 2"/>
    <w:basedOn w:val="Normal"/>
    <w:next w:val="Normal"/>
    <w:link w:val="Naslov2Char"/>
    <w:uiPriority w:val="9"/>
    <w:unhideWhenUsed/>
    <w:qFormat/>
    <w:rsid w:val="00FC693F"/>
    <w:pPr>
      <w:keepNext/>
      <w:keepLines/>
      <w:spacing w:before="200"/>
      <w:outlineLvl w:val="1"/>
    </w:pPr>
    <w:rPr>
      <w:rFonts w:asciiTheme="majorHAnsi" w:eastAsiaTheme="majorEastAsia" w:hAnsiTheme="majorHAnsi" w:cstheme="majorBidi"/>
      <w:b/>
      <w:bCs/>
      <w:color w:val="2F5597"/>
      <w:sz w:val="23"/>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7365D"/>
      <w:spacing w:val="5"/>
      <w:kern w:val="28"/>
      <w:sz w:val="4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03_Kodeks_ponasanja_igraca_i_roditelja_RK_Pozega</dc:title>
  <dc:subject>Interni akt RK Požega</dc:subject>
  <dc:creator>Rukometni klub Požega</dc:creator>
  <cp:keywords/>
  <dc:description>generated by python-docx</dc:description>
  <cp:lastModifiedBy>PSS Požega</cp:lastModifiedBy>
  <cp:revision>2</cp:revision>
  <dcterms:created xsi:type="dcterms:W3CDTF">2013-12-23T23:15:00Z</dcterms:created>
  <dcterms:modified xsi:type="dcterms:W3CDTF">2026-10-01T10:48:00Z</dcterms:modified>
  <cp:category/>
</cp:coreProperties>
</file>